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אמת או שמועה?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לבדוק אם מידע בתחום הבריאות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לשמועה לעומת סימנים למידע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 לפנות כשמידע מבלבל או מדאיג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לפנות למבוגר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"תעבירו מהר לכולם!"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כי העולם מחובר ומידע עובר בין טלפונים בתוך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 אמר את זה ואיך הוא יודע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אחרי אוכל חייבים לחכות שעה לפני שנכנסים למים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חברים יכולים להעביר הלאה מידע שלא נבדק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בדיוק הסימן שהטקסט מציין כאזהרה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אנשי מקצוע אמיתיים מודים כשאין להם תשובה 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גם ילדים יכולים לשאול שאלות ולפנות למבוגר 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אנשי מקצוע מסבירים שאין כלל קבוע כזה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סימן לאמינות או לשמועה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(סימן לשמועה)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(סימן לשמועה)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(סימן לשמועה)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(סימן למידע אמין)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(סימן למידע אמין)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(סימן למידע אמין)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נכון: מה עושים לפני שמעבירים 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מקבלים הודעה מפחידה על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ולא ממהרים להעביר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 מי אמר את זה ואיך הוא יודע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יש עוד מקורות אמינים שאומרים אותו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 עדיין מבולבלים, פונים למבוגר שסומכים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הודעה עם סימן אחד לפחות כמו קריאה דחופה, הבטחת פלא, או חוסר הסבר, ויציינו את הסימן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דומה: שתיהן עוברות בלי בדיקה ונשענות על אמון. שונה: ההודעה בטלפון מתפשטת הרבה יותר מהר ולרחוק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קריאה דחופה להעביר מיד, הבטחת פלא, או חוסר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מבוגר שסומכים עליו כמו הורה, מורה, אחות או 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האם אני בטוח שזה נכון, ומי אמר את 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אמיתית ומוכרת של שמועה שהתלמידים נתקלו בה, בלי לציין שמות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שגם מבוגרים טועים לפעמים ומעבירים שמועות, וזה לא מביך לבדוק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והמשחק של נכון-לא נכון מתאימים לעבודה בזוגות לפני דיון כיתתי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אמת או שמועה?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הודעות מפחידות על בריאות עוברות מהר מאוד בין אנשים, גם כשהן לא נכונות. בדף הזה נתרגל איך מזהים שמועה ואיך בודקים מידע לפני שמעבירים אותו הלאה.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הטקסט ממליץ לעשות כשמשהו מבלבל או מדאיג?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למחוק את הטלפון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להעביר לכל 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לפנות למבוגר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ולשכוח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בהודעה היא סימן לעצור ולחשוב,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"תודה"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"תעבירו מהר לכולם!"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"בוקר טוב"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"נתראה מחר"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מידע מתפשט היום מהר מאוד?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העולם מחובר ומידע עובר בין טלפונים בתוך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אנשים מדברים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כולם גרים באותה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בכלל מידע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הטקסט, מה שואלים כדי לבדוק אם מידע אמין?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פעמים שלחו את ההודעה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אמר את זה ואיך הוא יודע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אימוג׳ים יש בהודעה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באיזה צבע כתוב ההודעה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דוגמה למשפט שהתברר כשמועה, לפי התחנה?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צריך לשתות הרבה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אוכל חייבים לחכות שעה לפני שנכנסים 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כדאי לישון שמונה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חשוב לשטוף ידיים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מה שכתוב בהודעה שהגיעה מחבר טוב הוא בטוח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עם כותרת מבהילה וקריאה לשתף מיד היא סימן לעצור ולבדוק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אמין לפעמים אומר "עוד לא יודעים"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לבדוק מידע חייבים להיות מבוגרים, ילדים לא יכולים לעשות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ההסבר באחת הדוגמאות, יש חוק מדעי מוכח שאסור לשחות שעה אחרי 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כשמשהו מבלבל או מדאיג, כדאי לפנות ל__________ שסומכים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הודעה שמבקשת "תעבירו __________ לכולם!" היא סימן לעצור ולחשוב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מידע אמין מגיע ממישהו ש__________ בתחום ויודע להסביר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שמעבירים הודעה, שואלים את עצמנו האם אנחנו __________ שזה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בעולם מחובר, מידע נוסע בין ערים ומדינות בתוך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סימן לאמינות או לשמועה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"תעבירו מהר לכולם!"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סימן למידע אמין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הבטחה לפתרון פלא מיידי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סימן לשמועה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"כולם אומרים" בלי שום הסבר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סימן לשמועה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אותו מידע מופיע בכמה מקורות אמינים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סימן למידע אמין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כתוב מי אומר ומה הוא מבין בתחום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סימן לשמועה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מוסבר איך יודעים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סימן למידע אמין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נכון: מה עושים לפני שמעבירים הודעה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מי אמר את זה ואיך הוא יודע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הודעה מפחידה על בריאות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עדיין מבולבלים, פונים למבוגר שסומכים עליו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ולא ממהרים להעביר הלאה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עוד מקורות אמינים שאומרים אותו דבר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להודעה שנשמעת כמו שמועה, והסבירו לפי מה זיהיתם את 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דומה ומה שונה בין שמועה ישנה שעוברת מהורים לילדים לבין שמועה חדשה שעוברת בהודעות בטלפון?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סימן אחד לכך שהודעה היא שמועה ולא מידע אמין?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כשמידע על בריאות מבלבל אתכם?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לפני שמעבירים הודעה הלאה, מה חשוב לשאול את עצמנו?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אמת או שמועה?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