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לבדוק אם מידע בתחום הבריאות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לשמועה לעומת סימנים למידע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כשמידע מבלבל או מדאיג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לפנות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"תעבירו מהר לכולם!"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העולם מחובר ומידע עובר בין טלפונים בתוך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אמר את זה ואיך הוא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אחרי אוכל חייבים לחכות שעה לפני שנכנסים למים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חברים יכולים להעביר הלאה מידע שלא נבדק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בדיוק הסימן שהטקסט מציין כאזהרה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אנשי מקצוע אמיתיים מודים כשאין להם תשובה סופית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גם ילדים יכולים לשאול שאלות ולפנות למבוגר 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אנשי מקצוע מסבירים שאין כלל קבוע כזה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בטוחים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סימן לאמינות או לשמועה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(סימן לשמועה)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(סימן למידע 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(סימן למידע אמין)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(סימן למידע אמין)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מה עושים לפני שמעבירים 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מקבלים הודעה מפחידה על 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ולא ממהרים להעביר הלאה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מי אמר את זה ואיך הוא 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עוד מקורות אמינים שאומרים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עדיין מבולבלים, פונים למבוגר שסומכים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הודעה עם סימן אחד לפחות כמו קריאה דחופה, הבטחת פלא, או חוסר הסבר, ויציינו את הסימן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דומה: שתיהן עוברות בלי בדיקה ונשענות על אמון. שונה: ההודעה בטלפון מתפשטת הרבה יותר מהר ולרחוק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קריאה דחופה להעביר מיד, הבטחת פלא, או חוסר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מבוגר שסומכים עליו כמו הורה, מורה, אחות או רופא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האם אני בטוח שזה נכון, ומי אמר את 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בדוגמה אמיתית ומוכרת של שמועה שהתלמידים נתקלו בה, בלי לציין שמות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שגם מבוגרים טועים לפעמים ומעבירים שמועות, וזה לא מביך לבדוק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והמשחק של נכון-לא נכון מתאימים לעבודה בזוגות לפני דיון כיתתי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אמת או שמועה?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שומעים הודעה מפחידה על בריאות. היא לא תמיד נכונה. נלמד איך לבדוק אם הודעה נכונה.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שמועה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שעובר בין אנשים בלי שבדקו אם הוא נכון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 אמין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שמבין בתחום ויודע להסביר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לבדוק 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לפני שמאמינים או מעבירים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אדם מקצועי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מישהו שלמד ועובד בתחום, כמו רופא או אחות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להעביר הלאה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לשלוח הודעה לאנשים 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תחושת דחיפות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שצריך לפעול מיד, בלי לחשוב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השגחה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 ששומר ועוזר לוודא שהכל בסדר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כדאי לפנות כשמשהו מדאיג?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את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להעביר לכל החברים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לפנות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ולשכוח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הודעה היא סימן אזהרה?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"תודה"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"תעבירו מהר לכולם!"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"בוקר טוב"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"נתראה מחר"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מידע עובר מהר בעולם של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העולם מחובר ומידע עובר בין טלפונים בתוך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אנשים מדברים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כולם גרים באותה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בכלל מידע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שאלות שואלים כדי לבדוק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פעמים שלחו את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אמר את זה ואיך הוא יודע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אימוג׳ים יש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באיזה צבע כתוב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משפט ישן התברר כלא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לשתות הרבה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אוכל חייבים לחכות שעה לפני שנכנסים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כדאי לישון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חשוב לשטוף ידיים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שכתוב בהודעה שהגיעה מחבר טוב הוא בטוח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עם כותרת מבהילה וקריאה לשתף מיד היא סימן לעצור ולבדוק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אמין לפעמים אומר "עוד לא יודעים"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לבדוק מידע חייבים להיות מבוגרים, ילדים לא יכולים לעשות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ההסבר באחת הדוגמאות, יש חוק מדעי מוכח שאסור לשחות שעה אחרי 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מבלבל או מדאיג, כדאי לפנות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הודעה שמבקשת "תעבירו __________ לכולם!" היא סימן לעצור ולחשוב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מידע אמין מגיע ממישהו ש__________ בתחום ויודע להסביר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שמעבירים הודעה, שואלים את עצמנו האם אנחנו __________ שזה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בעולם מחובר, מידע נוסע בין ערים ומדינות בתוך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סימן לאמינות או לשמועה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"תעבירו מהר לכולם!"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הבטחה לפתרון פלא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"כולם אומרים" בלי שום הסבר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 מידע מופיע בכמה מקורות אמינים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למידע אמין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כתוב מי אומר ומה הוא מבין בתחום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סימן לשמועה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מוסבר איך יודעים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סימן לשמועה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נכון: מה עושים לפני שמעבירים הודעה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עדיין מבולבלים, פונים למבוגר שסומכים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עוד מקורות אמינים שאומרים אותו דבר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ולא ממהרים להעביר הלאה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מי אמר את זה ואיך הוא יודע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הודעה מפחידה על 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להודעה שנשמעת כמו שמועה, והסבירו לפי מה זיהיתם את 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דומה ומה שונה בין שמועה ישנה שעוברת מהורים לילדים לבין שמועה חדשה שעוברת בהודעות בטלפון?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סימן אחד לכך שהודעה היא שמועה ולא מידע אמין?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כשמידע על בריאות מבלבל אתכם?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לפני שמעבירים הודעה הלאה, מה חשוב לשאול את עצמנו?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אמת או שמועה?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