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אמת או שמועה?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דרכים לבדוק אם מידע בתחום הבריאות אמין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סימנים לשמועה לעומת סימנים למידע אמין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למי לפנות כשמידע מבלבל או מדאיג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לפנות למבוגר שסומכים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"תעבירו מהר לכולם!"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גם חברים יכולים להעביר הלאה מידע שלא נבדק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בדיוק הסימן שהטקסט מציין כאזהרה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אנשי מקצוע אמיתיים מודים כשאין להם תשובה סופית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מיון: סימן לאמינות או לשמועה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(סימן לשמועה)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(סימן לשמועה)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(סימן לשמועה)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(סימן למידע אמין)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נכון: מה עושים לפני שמעבירים הודעה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מקבלים הודעה מפחידה על 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עוצרים ולא ממהרים להעביר הלאה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שואלים מי אמר את זה ואיך הוא יודע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אם יש עוד מקורות אמינים שאומרים אותו דבר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יכתבו הודעה עם סימן אחד לפחות כמו קריאה דחופה, הבטחת פלא, או חוסר הסבר, ויציינו את הסימן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קריאה דחופה להעביר מיד, הבטחת פלא, או חוסר 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מבוגר שסומכים עליו כמו הורה, מורה, אחות או רופא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האם אני בטוח שזה נכון, ומי אמר את 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בדוגמה אמיתית ומוכרת של שמועה שהתלמידים נתקלו בה, בלי לציין שמות אנשים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שגם מבוגרים טועים לפעמים ומעבירים שמועות, וזה לא מביך לבדוק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המיון והמשחק של נכון-לא נכון מתאימים לעבודה בזוגות לפני דיון כיתתי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אמת או שמועה?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הודעות מפחידות על בריאות עוברות מהר מאוד בין אנשים, גם כשהן לא נכונות. בדף הזה נתרגל איך מזהים שמועה ואיך בודקים מידע לפני שמעבירים אותו הלאה.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מבוגר  ·  מבין  ·  מהר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הטקסט ממליץ לעשות כשמשהו מבלבל או מדאיג?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למחוק את הטלפון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להעביר לכל החברים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לפנות למבוגר שסומכים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מילה בהודעה היא סימן לעצור ולחשוב,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"תודה"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"תעבירו מהר לכולם!"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"בוקר טוב"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מה שכתוב בהודעה שהגיעה מחבר טוב הוא בטוח נכון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הודעה עם כותרת מבהילה וקריאה לשתף מיד היא סימן לעצור ולבדוק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מידע אמין לפעמים אומר "עוד לא יודעים"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כשמשהו מבלבל או מדאיג, כדאי לפנות ל__________ שסומכים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הודעה שמבקשת "תעבירו __________ לכולם!" היא סימן לעצור ולחשוב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מידע אמין מגיע ממישהו ש__________ בתחום ויודע להסביר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מיון: סימן לאמינות או לשמועה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"תעבירו מהר לכולם!"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סימן למידע אמין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הבטחה לפתרון פלא מיידי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סימן לשמועה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"כולם אומרים" בלי שום הסבר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סימן לשמועה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אותו מידע מופיע בכמה מקורות אמינים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סימן לשמועה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נכון: מה עושים לפני שמעבירים הודעה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שואלים מי אמר את זה ואיך הוא יודע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אם יש עוד מקורות אמינים שאומרים אותו דבר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מקבלים הודעה מפחידה על בריאות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עוצרים ולא ממהרים להעביר הלאה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דוגמה להודעה שנשמעת כמו שמועה, והסבירו לפי מה זיהיתם את זה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סימן אחד לכך שהודעה היא שמועה ולא מידע אמין?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למי אפשר לפנות כשמידע על בריאות מבלבל אתכם?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אמת או שמועה?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